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טבלת הפעלים בגזרות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נתון לפי השורש והצורה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צורות העבר, ההווה, העתיד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הבניינים ואת הפעלים היוצאים מהכלל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ע"ו/ע"י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גרוניות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פיעל והפעיל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שם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בטבלה כתוב שאין הווה לפועל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נ-ת-ן הוא פועל מיוחד מגזרת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פעלים בבניין פיעל כמו תאר וברך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בטבלה יָקוּם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מופיע גם בנפעל, בפיעל ובהפעיל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נ-כ-ר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ע"ו/ע"י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(פ"י)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(ע"ו/ע"י)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(ל"י (ל"ה))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(ל"א)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(כפולים)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שהצורות תואמות לטבלה ושהתלמיד בחר שתי גזרות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מצופה הסבר שמדובר בפעלים מיוחדים יוצאי דופן שאין להם את כל הצורות הרגילות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ע"ו/ע"י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יֵשֵׁב / ישב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פועל מיוחד יוצא דופן ואין לו שם פועל בשימוש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מול התלמידים תוך כדי התרגול כדי שיוכלו לבדוק את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הפעלים המיוחדים (הלך, נתן, יכול, היה) כי הם חריגים גם בתוך הגזרה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שימוש בפעלים שכבר נלמדו בכיתה כדי לחזק את הקישור לטקסטים מוכרים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טבלת הפעלים בגזרות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קבוצות של פעלים שמתנהגים בצורה דומה. קוראים לקבוצות האלה גזרות. בדף הזה נתרגל פעלים מהטבלה.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פעלים שמתנהגים אותו דבר בגלל אותיות מיוחדות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נוטים את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שעליהן בנוי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שמתארת פעולה שכבר קרתה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שמתארת פעולה שקורית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עתיד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שמתארת פעולה שעוד תקרה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הבסיסית של הפועל, למשל ללכת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פעלים מיוחדים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יוצאי דופן שלא תמיד מתאימים לכלל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גזרה נמצא השורש נ-פ-ל?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גזרה נמצא השורש ק-ו-ם?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ל"י (ל"ה)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הלך הוא פועל מיוחד בגזרת: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בניין מופיע הפועל הקים?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השורש ס-ב-ב (כפולים) מופיע בטבלה בשני בניינים.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והפעיל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 והפעיל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נפעל והתפעל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 ונפעל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לפועל יכול, לפי הטבלה, אין צורת: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היה אין צורת הווה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נ-ת-ן שייך לגזרת ל"א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בנה שייך לגזרת ל"י (ל"ה)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הפעלים בגזרת גרוניות הם בבניין קל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העתיד הוא של הפועל קם היא יקום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ק-ר-א מופיע בטבלה רק בבניין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העתיד (הוא) של הפועל נפל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הפועל של הפועל ראה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העבר של הפועל יושב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הפועל הכיר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הגזרה של הפועל רץ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של הפועל בנה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שורש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נ-פ-ל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ל"א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ל"י (ל"ה)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ק-ו-ם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כפולים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ע"ו/ע"י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פ"נ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פעלים מגזרות שונות מהטבלה וכתבו לכל אחד משפט בעבר, בהווה ובעתיד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לפועל יכול אין שם פועל, ולמה לפועל היה אין הווה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הגזרה של השורש ש-י-ר?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צורת העתיד הוא של הפועל ישב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אין צורת שם פועל לפועל יכול?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טבלת הפעלים בגזרות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